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BCBB3" w14:textId="77777777" w:rsidR="00F43C5B" w:rsidRDefault="005114EA">
      <w:pPr>
        <w:spacing w:after="20"/>
      </w:pPr>
      <w:r>
        <w:rPr>
          <w:b/>
          <w:color w:val="B28A4A"/>
          <w:sz w:val="22"/>
        </w:rPr>
        <w:t>THE ASCENT RESIDENCES</w:t>
      </w:r>
    </w:p>
    <w:p w14:paraId="3A525C5B" w14:textId="77777777" w:rsidR="00F43C5B" w:rsidRDefault="005114EA">
      <w:pPr>
        <w:spacing w:after="40"/>
      </w:pPr>
      <w:r>
        <w:rPr>
          <w:b/>
          <w:color w:val="173B4D"/>
          <w:sz w:val="50"/>
        </w:rPr>
        <w:t>Board of Directors Candidate Submission Form</w:t>
      </w:r>
    </w:p>
    <w:p w14:paraId="04ADF018" w14:textId="77777777" w:rsidR="00F43C5B" w:rsidRDefault="005114EA">
      <w:pPr>
        <w:spacing w:after="180"/>
      </w:pPr>
      <w:r>
        <w:rPr>
          <w:b/>
          <w:color w:val="62717A"/>
          <w:sz w:val="27"/>
        </w:rPr>
        <w:t>2026 Election  |  Two Open Seats  |  Annual Meeting December 15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0170"/>
      </w:tblGrid>
      <w:tr w:rsidR="00F43C5B" w14:paraId="45B68B8F" w14:textId="77777777">
        <w:trPr>
          <w:jc w:val="center"/>
        </w:trPr>
        <w:tc>
          <w:tcPr>
            <w:tcW w:w="10170" w:type="dxa"/>
            <w:shd w:val="clear" w:color="auto" w:fill="EEF1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E084D0" w14:textId="77777777" w:rsidR="00F43C5B" w:rsidRDefault="005114EA">
            <w:r>
              <w:rPr>
                <w:b/>
                <w:color w:val="173B4D"/>
              </w:rPr>
              <w:t xml:space="preserve">DEADLINE FOR INCLUSION IN OFFICIAL CANDIDATE MATERIALS  </w:t>
            </w:r>
            <w:r>
              <w:rPr>
                <w:b/>
                <w:color w:val="B28A4A"/>
              </w:rPr>
              <w:t>Thursday, October 1, 2026 at 5:00 PM</w:t>
            </w:r>
          </w:p>
          <w:p w14:paraId="0353ECF8" w14:textId="77777777" w:rsidR="00F43C5B" w:rsidRDefault="005114EA">
            <w:pPr>
              <w:spacing w:after="0"/>
            </w:pPr>
            <w:r>
              <w:rPr>
                <w:sz w:val="20"/>
              </w:rPr>
              <w:t xml:space="preserve">Email the completed form and your current resume to Amy Ciszek at </w:t>
            </w:r>
            <w:r>
              <w:rPr>
                <w:b/>
                <w:color w:val="173B4D"/>
                <w:sz w:val="20"/>
              </w:rPr>
              <w:t>aciszek@eastwest.com</w:t>
            </w:r>
          </w:p>
        </w:tc>
      </w:tr>
    </w:tbl>
    <w:p w14:paraId="0714BFE7" w14:textId="77777777" w:rsidR="00F43C5B" w:rsidRDefault="005114EA">
      <w:pPr>
        <w:spacing w:before="140"/>
      </w:pPr>
      <w:r>
        <w:rPr>
          <w:sz w:val="20"/>
        </w:rPr>
        <w:t>Please complete every section. Candidate information will be added to the election information website as it is received and will also be included in the official maile</w:t>
      </w:r>
      <w:r>
        <w:rPr>
          <w:sz w:val="20"/>
        </w:rPr>
        <w:t>d candidate materials.</w:t>
      </w:r>
    </w:p>
    <w:p w14:paraId="4212A7F5" w14:textId="77777777" w:rsidR="00F43C5B" w:rsidRDefault="005114EA">
      <w:pPr>
        <w:pStyle w:val="SectionHeading"/>
      </w:pPr>
      <w:r>
        <w:rPr>
          <w:rFonts w:ascii="Aptos" w:hAnsi="Aptos"/>
        </w:rPr>
        <w:t>1  Candidate Information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3100"/>
        <w:gridCol w:w="7070"/>
      </w:tblGrid>
      <w:tr w:rsidR="00F43C5B" w14:paraId="053CA7EB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22DD4" w14:textId="77777777" w:rsidR="00F43C5B" w:rsidRDefault="005114EA">
            <w:r>
              <w:rPr>
                <w:b/>
                <w:color w:val="173B4D"/>
                <w:sz w:val="20"/>
              </w:rPr>
              <w:t>Name as it should appear on ballot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51754" w14:textId="1F285131" w:rsidR="00F43C5B" w:rsidRDefault="005114EA">
            <w:sdt>
              <w:sdtPr>
                <w:alias w:val="BALLOT_NAME"/>
                <w:tag w:val="BALLOT_NAME"/>
                <w:id w:val="1943715162"/>
                <w:text/>
              </w:sdtPr>
              <w:sdtEndPr/>
              <w:sdtContent>
                <w:r w:rsidR="00E32646">
                  <w:t/>
                </w:r>
              </w:sdtContent>
            </w:sdt>
          </w:p>
        </w:tc>
      </w:tr>
      <w:tr w:rsidR="00F43C5B" w14:paraId="373D1C79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290E8" w14:textId="77777777" w:rsidR="00F43C5B" w:rsidRDefault="005114EA">
            <w:r>
              <w:rPr>
                <w:b/>
                <w:color w:val="173B4D"/>
                <w:sz w:val="20"/>
              </w:rPr>
              <w:t>The Ascent unit number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7DC00B" w14:textId="638B7324" w:rsidR="00F43C5B" w:rsidRDefault="005114EA">
            <w:sdt>
              <w:sdtPr>
                <w:alias w:val="UNIT_NUMBER"/>
                <w:tag w:val="UNIT_NUMBER"/>
                <w:id w:val="-1814563480"/>
                <w:text/>
              </w:sdtPr>
              <w:sdtEndPr/>
              <w:sdtContent>
                <w:r w:rsidR="00E32646">
                  <w:rPr>
                    <w:i/>
                    <w:color w:val="62717A"/>
                    <w:sz w:val="20"/>
                  </w:rPr>
                  <w:t/>
                </w:r>
              </w:sdtContent>
            </w:sdt>
          </w:p>
        </w:tc>
      </w:tr>
      <w:tr w:rsidR="00F43C5B" w14:paraId="135DC783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7A1A76" w14:textId="77777777" w:rsidR="00F43C5B" w:rsidRDefault="005114EA">
            <w:r>
              <w:rPr>
                <w:b/>
                <w:color w:val="173B4D"/>
                <w:sz w:val="20"/>
              </w:rPr>
              <w:t>Employer/occupation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55E5CC" w14:textId="38E830F4" w:rsidR="00F43C5B" w:rsidRDefault="005114EA">
            <w:sdt>
              <w:sdtPr>
                <w:alias w:val="OCCUPATION"/>
                <w:tag w:val="OCCUPATION"/>
                <w:id w:val="57678651"/>
                <w:text/>
              </w:sdtPr>
              <w:sdtEndPr/>
              <w:sdtContent>
                <w:r w:rsidR="00E32646">
                  <w:rPr>
                    <w:i/>
                    <w:color w:val="62717A"/>
                    <w:sz w:val="20"/>
                  </w:rPr>
                  <w:t/>
                </w:r>
              </w:sdtContent>
            </w:sdt>
          </w:p>
        </w:tc>
      </w:tr>
      <w:tr w:rsidR="00F43C5B" w14:paraId="59808168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BB9E92" w14:textId="77777777" w:rsidR="00F43C5B" w:rsidRDefault="005114EA">
            <w:r>
              <w:rPr>
                <w:b/>
                <w:color w:val="173B4D"/>
                <w:sz w:val="20"/>
              </w:rPr>
              <w:t>Email address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F0070" w14:textId="5C8DB6E5" w:rsidR="00F43C5B" w:rsidRDefault="005114EA">
            <w:sdt>
              <w:sdtPr>
                <w:alias w:val="EMAIL"/>
                <w:tag w:val="EMAIL"/>
                <w:id w:val="-124696529"/>
                <w:text/>
              </w:sdtPr>
              <w:sdtEndPr/>
              <w:sdtContent>
                <w:r w:rsidR="00E32646">
                  <w:rPr>
                    <w:i/>
                    <w:color w:val="62717A"/>
                    <w:sz w:val="20"/>
                  </w:rPr>
                  <w:t/>
                </w:r>
              </w:sdtContent>
            </w:sdt>
          </w:p>
        </w:tc>
      </w:tr>
      <w:tr w:rsidR="00F43C5B" w14:paraId="2C2C669E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F15FE1" w14:textId="77777777" w:rsidR="00F43C5B" w:rsidRDefault="005114EA">
            <w:r>
              <w:rPr>
                <w:b/>
                <w:color w:val="173B4D"/>
                <w:sz w:val="20"/>
              </w:rPr>
              <w:t>Phone number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F80033" w14:textId="47D087F3" w:rsidR="00F43C5B" w:rsidRDefault="005114EA">
            <w:sdt>
              <w:sdtPr>
                <w:alias w:val="PHONE"/>
                <w:tag w:val="PHONE"/>
                <w:id w:val="-1848015301"/>
                <w:text/>
              </w:sdtPr>
              <w:sdtEndPr/>
              <w:sdtContent>
                <w:r w:rsidR="00E32646">
                  <w:rPr>
                    <w:i/>
                    <w:color w:val="62717A"/>
                    <w:sz w:val="20"/>
                  </w:rPr>
                  <w:t/>
                </w:r>
              </w:sdtContent>
            </w:sdt>
          </w:p>
        </w:tc>
      </w:tr>
    </w:tbl>
    <w:p w14:paraId="3E6976D1" w14:textId="77777777" w:rsidR="00F43C5B" w:rsidRDefault="005114EA">
      <w:pPr>
        <w:pStyle w:val="SectionHeading"/>
      </w:pPr>
      <w:r>
        <w:rPr>
          <w:rFonts w:ascii="Aptos" w:hAnsi="Aptos"/>
        </w:rPr>
        <w:t>2  Candidate Statement</w:t>
      </w:r>
    </w:p>
    <w:p w14:paraId="6F000B56" w14:textId="77777777" w:rsidR="00F43C5B" w:rsidRDefault="005114EA">
      <w:pPr>
        <w:spacing w:after="80"/>
      </w:pPr>
      <w:r>
        <w:rPr>
          <w:sz w:val="20"/>
        </w:rPr>
        <w:t>In 150–250 words, please explain why you would like to serve, the skills or experience you would bring, and your priorities for The Ascent.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0170"/>
      </w:tblGrid>
      <w:tr w:rsidR="00F43C5B" w14:paraId="3544C025" w14:textId="77777777">
        <w:trPr>
          <w:trHeight w:val="2333"/>
          <w:jc w:val="center"/>
        </w:trPr>
        <w:tc>
          <w:tcPr>
            <w:tcW w:w="101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BFD328" w14:textId="617E83A9" w:rsidR="00F43C5B" w:rsidRDefault="005114EA">
            <w:pPr>
              <w:spacing w:after="0" w:line="240" w:lineRule="auto"/>
            </w:pPr>
            <w:sdt>
              <w:sdtPr>
                <w:alias w:val="CANDIDATE_STATEMENT"/>
                <w:tag w:val="CANDIDATE_STATEMENT"/>
                <w:id w:val="-634251460"/>
                <w:text/>
              </w:sdtPr>
              <w:sdtEndPr/>
              <w:sdtContent>
                <w:r w:rsidR="00E32646">
                  <w:t xml:space="preserve"/>
                </w:r>
              </w:sdtContent>
            </w:sdt>
          </w:p>
          <w:p w14:paraId="2D149B8B" w14:textId="77777777" w:rsidR="00F43C5B" w:rsidRDefault="00F43C5B"/>
          <w:p w14:paraId="0AA000A3" w14:textId="77777777" w:rsidR="00F43C5B" w:rsidRDefault="00F43C5B"/>
          <w:p w14:paraId="37451839" w14:textId="77777777" w:rsidR="00F43C5B" w:rsidRDefault="00F43C5B"/>
          <w:p w14:paraId="70BF2695" w14:textId="77777777" w:rsidR="00F43C5B" w:rsidRDefault="00F43C5B"/>
          <w:p w14:paraId="70382733" w14:textId="77777777" w:rsidR="00F43C5B" w:rsidRDefault="00F43C5B"/>
        </w:tc>
      </w:tr>
    </w:tbl>
    <w:p w14:paraId="298C2595" w14:textId="77777777" w:rsidR="00F43C5B" w:rsidRDefault="005114EA">
      <w:r>
        <w:br w:type="page"/>
      </w:r>
    </w:p>
    <w:p w14:paraId="008A8C51" w14:textId="77777777" w:rsidR="00F43C5B" w:rsidRDefault="005114EA">
      <w:pPr>
        <w:pStyle w:val="SectionHeading"/>
      </w:pPr>
      <w:r>
        <w:rPr>
          <w:rFonts w:ascii="Aptos" w:hAnsi="Aptos"/>
        </w:rPr>
        <w:lastRenderedPageBreak/>
        <w:t>3  Priorities and Experience</w:t>
      </w:r>
    </w:p>
    <w:p w14:paraId="5E35A1F7" w14:textId="77777777" w:rsidR="00F43C5B" w:rsidRDefault="005114EA">
      <w:pPr>
        <w:pStyle w:val="FieldLabel"/>
      </w:pPr>
      <w:r>
        <w:t>Top three priorities if elected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0170"/>
      </w:tblGrid>
      <w:tr w:rsidR="00F43C5B" w14:paraId="543F5C5B" w14:textId="77777777">
        <w:trPr>
          <w:trHeight w:val="1944"/>
          <w:jc w:val="center"/>
        </w:trPr>
        <w:tc>
          <w:tcPr>
            <w:tcW w:w="101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BA3018" w14:textId="138D8860" w:rsidR="00E32646" w:rsidRDefault="00E32646" w:rsidP="00E32646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/>
            </w:r>
          </w:p>
          <w:p w14:paraId="45A5D7D9" w14:textId="74EE09B5" w:rsidR="00E32646" w:rsidRDefault="00E32646" w:rsidP="00E32646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/>
            </w:r>
          </w:p>
          <w:p w14:paraId="42C81043" w14:textId="7BE9E336" w:rsidR="00E32646" w:rsidRDefault="00E32646" w:rsidP="00E32646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/>
            </w:r>
          </w:p>
          <w:p w14:paraId="16421F6C" w14:textId="77777777" w:rsidR="00F43C5B" w:rsidRDefault="00F43C5B"/>
          <w:p w14:paraId="01BC3081" w14:textId="77777777" w:rsidR="00F43C5B" w:rsidRDefault="00F43C5B"/>
          <w:p w14:paraId="2B9D762B" w14:textId="77777777" w:rsidR="00F43C5B" w:rsidRDefault="00F43C5B"/>
          <w:p w14:paraId="52CB1707" w14:textId="77777777" w:rsidR="00F43C5B" w:rsidRDefault="00F43C5B"/>
        </w:tc>
      </w:tr>
    </w:tbl>
    <w:p w14:paraId="1DC6EFB8" w14:textId="77777777" w:rsidR="00F43C5B" w:rsidRDefault="005114EA">
      <w:pPr>
        <w:pStyle w:val="FieldLabel"/>
        <w:spacing w:before="120"/>
      </w:pPr>
      <w:r>
        <w:t>Relevant experience, including any current or previous HOA Board service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0170"/>
      </w:tblGrid>
      <w:tr w:rsidR="00F43C5B" w14:paraId="3958F4D6" w14:textId="77777777">
        <w:trPr>
          <w:trHeight w:val="1944"/>
          <w:jc w:val="center"/>
        </w:trPr>
        <w:tc>
          <w:tcPr>
            <w:tcW w:w="101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94DB84" w14:textId="7FF5DA53" w:rsidR="00F43C5B" w:rsidRDefault="00E32646">
            <w:r>
              <w:t/>
            </w:r>
          </w:p>
          <w:p w14:paraId="3AB5FA8B" w14:textId="77777777" w:rsidR="00F43C5B" w:rsidRDefault="00F43C5B"/>
          <w:p w14:paraId="72598B0C" w14:textId="77777777" w:rsidR="00F43C5B" w:rsidRDefault="00F43C5B"/>
          <w:p w14:paraId="7038426B" w14:textId="77777777" w:rsidR="00F43C5B" w:rsidRDefault="00F43C5B"/>
        </w:tc>
      </w:tr>
    </w:tbl>
    <w:p w14:paraId="24B59A39" w14:textId="77777777" w:rsidR="00F43C5B" w:rsidRDefault="005114EA">
      <w:pPr>
        <w:pStyle w:val="SectionHeading"/>
      </w:pPr>
      <w:r>
        <w:rPr>
          <w:rFonts w:ascii="Aptos" w:hAnsi="Aptos"/>
        </w:rPr>
        <w:t>4  Areas of Interest</w:t>
      </w:r>
    </w:p>
    <w:p w14:paraId="65EA466F" w14:textId="77777777" w:rsidR="00F43C5B" w:rsidRDefault="005114EA">
      <w:pPr>
        <w:spacing w:after="80"/>
      </w:pPr>
      <w:r>
        <w:rPr>
          <w:sz w:val="20"/>
        </w:rPr>
        <w:t>Are there particular areas of the Association’s operations or governance in which you are especially interested?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0170"/>
      </w:tblGrid>
      <w:tr w:rsidR="00F43C5B" w14:paraId="6022B3BA" w14:textId="77777777">
        <w:trPr>
          <w:trHeight w:val="1555"/>
          <w:jc w:val="center"/>
        </w:trPr>
        <w:tc>
          <w:tcPr>
            <w:tcW w:w="101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9D0656" w14:textId="1BF2C840" w:rsidR="00F43C5B" w:rsidRDefault="00E32646">
            <w:pPr>
              <w:spacing w:after="0" w:line="240" w:lineRule="auto"/>
            </w:pPr>
            <w:r>
              <w:t/>
            </w:r>
            <w:bookmarkStart w:id="0" w:name="_GoBack"/>
            <w:bookmarkEnd w:id="0"/>
            <w:r>
              <w:t/>
            </w:r>
          </w:p>
          <w:p w14:paraId="0E08EE4E" w14:textId="77777777" w:rsidR="00F43C5B" w:rsidRDefault="00F43C5B"/>
          <w:p w14:paraId="07AAF0BE" w14:textId="77777777" w:rsidR="00F43C5B" w:rsidRDefault="00F43C5B"/>
          <w:p w14:paraId="43E26AA9" w14:textId="77777777" w:rsidR="00F43C5B" w:rsidRDefault="00F43C5B"/>
        </w:tc>
      </w:tr>
    </w:tbl>
    <w:p w14:paraId="2E55DAB6" w14:textId="77777777" w:rsidR="00F43C5B" w:rsidRDefault="005114EA">
      <w:pPr>
        <w:pStyle w:val="SectionHeading"/>
      </w:pPr>
      <w:r>
        <w:rPr>
          <w:rFonts w:ascii="Aptos" w:hAnsi="Aptos"/>
        </w:rPr>
        <w:lastRenderedPageBreak/>
        <w:t>5  Additional Comments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0170"/>
      </w:tblGrid>
      <w:tr w:rsidR="00F43C5B" w14:paraId="709FEE5F" w14:textId="77777777">
        <w:trPr>
          <w:trHeight w:val="1555"/>
          <w:jc w:val="center"/>
        </w:trPr>
        <w:tc>
          <w:tcPr>
            <w:tcW w:w="101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B4406D" w14:textId="112AB608" w:rsidR="00F43C5B" w:rsidRPr="00E32646" w:rsidRDefault="005114EA">
            <w:pPr>
              <w:spacing w:after="0" w:line="240" w:lineRule="auto"/>
            </w:pPr>
            <w:sdt>
              <w:sdtPr>
                <w:alias w:val="ADDITIONAL_COMMENTS"/>
                <w:tag w:val="ADDITIONAL_COMMENTS"/>
                <w:id w:val="-936208555"/>
                <w:text/>
              </w:sdtPr>
              <w:sdtEndPr/>
              <w:sdtContent>
                <w:r w:rsidR="00E32646">
                  <w:rPr>
                    <w:color w:val="62717A"/>
                    <w:sz w:val="20"/>
                  </w:rPr>
                  <w:t/>
                </w:r>
              </w:sdtContent>
            </w:sdt>
          </w:p>
          <w:p w14:paraId="541853F0" w14:textId="77777777" w:rsidR="00F43C5B" w:rsidRDefault="00F43C5B"/>
          <w:p w14:paraId="4458FCD2" w14:textId="77777777" w:rsidR="00F43C5B" w:rsidRDefault="00F43C5B"/>
          <w:p w14:paraId="24E7EDF1" w14:textId="77777777" w:rsidR="00F43C5B" w:rsidRDefault="00F43C5B"/>
        </w:tc>
      </w:tr>
    </w:tbl>
    <w:p w14:paraId="428898B7" w14:textId="77777777" w:rsidR="00F43C5B" w:rsidRDefault="005114EA">
      <w:r>
        <w:br w:type="page"/>
      </w:r>
    </w:p>
    <w:p w14:paraId="0D577508" w14:textId="77777777" w:rsidR="00F43C5B" w:rsidRDefault="005114EA">
      <w:pPr>
        <w:pStyle w:val="SectionHeading"/>
      </w:pPr>
      <w:r>
        <w:rPr>
          <w:rFonts w:ascii="Aptos" w:hAnsi="Aptos"/>
        </w:rPr>
        <w:lastRenderedPageBreak/>
        <w:t>6  Resume</w:t>
      </w:r>
    </w:p>
    <w:p w14:paraId="6F31717F" w14:textId="77777777" w:rsidR="00F43C5B" w:rsidRDefault="005114EA">
      <w:pPr>
        <w:spacing w:after="160"/>
      </w:pPr>
      <w:r>
        <w:rPr>
          <w:b/>
          <w:color w:val="173B4D"/>
          <w:sz w:val="22"/>
        </w:rPr>
        <w:t>☐</w:t>
      </w:r>
      <w:r>
        <w:rPr>
          <w:b/>
          <w:color w:val="173B4D"/>
          <w:sz w:val="22"/>
        </w:rPr>
        <w:t xml:space="preserve">  I have attached a current resume to this submission.</w:t>
      </w:r>
    </w:p>
    <w:p w14:paraId="56DBFAD0" w14:textId="77777777" w:rsidR="00F43C5B" w:rsidRDefault="005114EA">
      <w:pPr>
        <w:pStyle w:val="SectionHeading"/>
      </w:pPr>
      <w:r>
        <w:rPr>
          <w:rFonts w:ascii="Aptos" w:hAnsi="Aptos"/>
        </w:rPr>
        <w:t>7  Candidate Acknowledgment</w:t>
      </w:r>
    </w:p>
    <w:p w14:paraId="5031EA22" w14:textId="77777777" w:rsidR="00F43C5B" w:rsidRDefault="005114EA">
      <w:pPr>
        <w:spacing w:after="140"/>
      </w:pPr>
      <w:r>
        <w:rPr>
          <w:sz w:val="20"/>
        </w:rPr>
        <w:t>By signing below, I certify that the information in this submission is accurate. I consent to having my name, candidate statement, resume, priorities, experience,</w:t>
      </w:r>
      <w:r>
        <w:rPr>
          <w:sz w:val="20"/>
        </w:rPr>
        <w:t xml:space="preserve"> areas of interest, and additional comments posted on The Ascent election information website and distributed to owners in the official electronic and mailed election materials. I understand that two Board seats are open and that the official election will</w:t>
      </w:r>
      <w:r>
        <w:rPr>
          <w:sz w:val="20"/>
        </w:rPr>
        <w:t xml:space="preserve"> be conducted by secret ballot at the annual owners meeting on December 15, 2026, from 1:00–3:00 PM in The Ascent Club Room, with proxy voting available in accordance with The Ascent Bylaws. If elected, I agree to serve in accordance with The Ascent govern</w:t>
      </w:r>
      <w:r>
        <w:rPr>
          <w:sz w:val="20"/>
        </w:rPr>
        <w:t>ing documents.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3100"/>
        <w:gridCol w:w="7070"/>
      </w:tblGrid>
      <w:tr w:rsidR="00F43C5B" w14:paraId="6DDA3B4D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EFFBC3" w14:textId="77777777" w:rsidR="00F43C5B" w:rsidRDefault="005114EA">
            <w:r>
              <w:rPr>
                <w:b/>
                <w:color w:val="173B4D"/>
              </w:rPr>
              <w:t>Candidate signature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9A206A" w14:textId="57FD3032" w:rsidR="00F43C5B" w:rsidRDefault="005114EA">
            <w:sdt>
              <w:sdtPr>
                <w:alias w:val="SIGNATURE"/>
                <w:tag w:val="SIGNATURE"/>
                <w:id w:val="-326592116"/>
                <w:text/>
              </w:sdtPr>
              <w:sdtEndPr/>
              <w:sdtContent>
                <w:r w:rsidR="00E32646">
                  <w:rPr>
                    <w:i/>
                    <w:color w:val="62717A"/>
                    <w:sz w:val="20"/>
                  </w:rPr>
                  <w:t xml:space="preserve"/>
                </w:r>
                <w:proofErr w:type="spellStart"/>
                <w:r w:rsidR="00E32646">
                  <w:rPr>
                    <w:i/>
                    <w:color w:val="62717A"/>
                    <w:sz w:val="20"/>
                  </w:rPr>
                  <w:t/>
                </w:r>
                <w:proofErr w:type="spellEnd"/>
              </w:sdtContent>
            </w:sdt>
          </w:p>
        </w:tc>
      </w:tr>
      <w:tr w:rsidR="00F43C5B" w14:paraId="31EDE037" w14:textId="77777777">
        <w:trPr>
          <w:jc w:val="center"/>
        </w:trPr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21ED09" w14:textId="77777777" w:rsidR="00F43C5B" w:rsidRDefault="005114EA">
            <w:r>
              <w:rPr>
                <w:b/>
                <w:color w:val="173B4D"/>
              </w:rPr>
              <w:t>Date</w:t>
            </w:r>
          </w:p>
        </w:tc>
        <w:tc>
          <w:tcPr>
            <w:tcW w:w="7070" w:type="dxa"/>
            <w:shd w:val="clear" w:color="auto" w:fill="F3F5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F70F8" w14:textId="60ABB54A" w:rsidR="00F43C5B" w:rsidRDefault="005114EA">
            <w:sdt>
              <w:sdtPr>
                <w:alias w:val="DATE"/>
                <w:tag w:val="DATE"/>
                <w:id w:val="-288278232"/>
                <w:text/>
              </w:sdtPr>
              <w:sdtEndPr/>
              <w:sdtContent>
                <w:r w:rsidR="00E32646">
                  <w:rPr>
                    <w:i/>
                    <w:color w:val="62717A"/>
                    <w:sz w:val="20"/>
                  </w:rPr>
                  <w:t/>
                </w:r>
              </w:sdtContent>
            </w:sdt>
          </w:p>
        </w:tc>
      </w:tr>
    </w:tbl>
    <w:p w14:paraId="0DBF7D11" w14:textId="77777777" w:rsidR="00F43C5B" w:rsidRDefault="005114EA">
      <w:pPr>
        <w:spacing w:before="260"/>
        <w:jc w:val="center"/>
      </w:pPr>
      <w:r>
        <w:rPr>
          <w:b/>
          <w:color w:val="173B4D"/>
          <w:sz w:val="22"/>
        </w:rPr>
        <w:t>Questions? Contact Amy Ciszek at aciszek@eastwest.com.</w:t>
      </w:r>
    </w:p>
    <w:sectPr w:rsidR="00F43C5B" w:rsidSect="00034616">
      <w:headerReference w:type="default" r:id="rId8"/>
      <w:footerReference w:type="default" r:id="rId9"/>
      <w:pgSz w:w="12240" w:h="15840"/>
      <w:pgMar w:top="893" w:right="1037" w:bottom="835" w:left="1037" w:header="40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1A0CB" w14:textId="77777777" w:rsidR="005114EA" w:rsidRDefault="005114EA">
      <w:pPr>
        <w:spacing w:after="0" w:line="240" w:lineRule="auto"/>
      </w:pPr>
      <w:r>
        <w:separator/>
      </w:r>
    </w:p>
  </w:endnote>
  <w:endnote w:type="continuationSeparator" w:id="0">
    <w:p w14:paraId="7512906A" w14:textId="77777777" w:rsidR="005114EA" w:rsidRDefault="0051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B0B06" w14:textId="77777777" w:rsidR="00F43C5B" w:rsidRDefault="005114EA">
    <w:pPr>
      <w:pStyle w:val="Footer"/>
      <w:jc w:val="center"/>
    </w:pPr>
    <w:r>
      <w:rPr>
        <w:color w:val="62717A"/>
        <w:sz w:val="17"/>
      </w:rPr>
      <w:t>Candidate Submission Form  •  Return to aciszek@eastwest.com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B3F4D" w14:textId="77777777" w:rsidR="005114EA" w:rsidRDefault="005114EA">
      <w:pPr>
        <w:spacing w:after="0" w:line="240" w:lineRule="auto"/>
      </w:pPr>
      <w:r>
        <w:separator/>
      </w:r>
    </w:p>
  </w:footnote>
  <w:footnote w:type="continuationSeparator" w:id="0">
    <w:p w14:paraId="530CE677" w14:textId="77777777" w:rsidR="005114EA" w:rsidRDefault="0051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21C66" w14:textId="77777777" w:rsidR="00F43C5B" w:rsidRDefault="005114EA">
    <w:pPr>
      <w:pStyle w:val="Header"/>
      <w:jc w:val="right"/>
    </w:pPr>
    <w:r>
      <w:rPr>
        <w:b/>
        <w:color w:val="62717A"/>
        <w:sz w:val="18"/>
      </w:rPr>
      <w:t>THE ASCENT RESIDENCES  |</w:t>
    </w:r>
    <w:r>
      <w:rPr>
        <w:b/>
        <w:color w:val="62717A"/>
        <w:sz w:val="18"/>
      </w:rPr>
      <w:t xml:space="preserve">  2026 BOARD ELECTION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33338"/>
    <w:multiLevelType w:val="hybridMultilevel"/>
    <w:tmpl w:val="CEBCBB8C"/>
    <w:lvl w:ilvl="0" w:tplc="A224D592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62717A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63B66"/>
    <w:multiLevelType w:val="hybridMultilevel"/>
    <w:tmpl w:val="B2D4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14EA"/>
    <w:rsid w:val="00665EC0"/>
    <w:rsid w:val="007849F5"/>
    <w:rsid w:val="00AA1D8D"/>
    <w:rsid w:val="00B47730"/>
    <w:rsid w:val="00C87F30"/>
    <w:rsid w:val="00CB0664"/>
    <w:rsid w:val="00E32646"/>
    <w:rsid w:val="00F43C5B"/>
    <w:rsid w:val="00FB13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A497F8"/>
  <w14:defaultImageDpi w14:val="300"/>
  <w15:docId w15:val="{1CE6A191-5884-6642-909E-AB43A249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333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keepNext/>
      <w:spacing w:before="140" w:after="100"/>
    </w:pPr>
    <w:rPr>
      <w:rFonts w:ascii="Aptos Display" w:hAnsi="Aptos Display"/>
      <w:b/>
      <w:color w:val="173B4D"/>
      <w:sz w:val="32"/>
    </w:rPr>
  </w:style>
  <w:style w:type="paragraph" w:customStyle="1" w:styleId="FieldLabel">
    <w:name w:val="Field Label"/>
    <w:pPr>
      <w:keepNext/>
      <w:spacing w:before="40" w:after="40"/>
    </w:pPr>
    <w:rPr>
      <w:rFonts w:ascii="Aptos" w:hAnsi="Aptos"/>
      <w:b/>
      <w:color w:val="173B4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4E3B3C-919D-C94C-9C42-8135AA263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Ascent 2026 Board Candidate Submission Form</dc:title>
  <dc:subject>Candidate submission form for the 2026 Board of Directors election</dc:subject>
  <dc:creator>The Ascent Residences Homeowners Association</dc:creator>
  <cp:keywords/>
  <dc:description>generated by python-docx</dc:description>
  <cp:lastModifiedBy>Brian Klein</cp:lastModifiedBy>
  <cp:revision>3</cp:revision>
  <dcterms:created xsi:type="dcterms:W3CDTF">2026-09-24T14:18:00Z</dcterms:created>
  <dcterms:modified xsi:type="dcterms:W3CDTF">2026-09-24T14:55:00Z</dcterms:modified>
  <cp:category/>
</cp:coreProperties>
</file>